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2E5" w:rsidRPr="00D704AA" w:rsidRDefault="00503A42" w:rsidP="00503A42">
      <w:pPr>
        <w:pStyle w:val="1"/>
        <w:jc w:val="center"/>
        <w:rPr>
          <w:rFonts w:ascii="標楷體" w:eastAsia="標楷體" w:hAnsi="標楷體"/>
          <w:color w:val="auto"/>
          <w:lang w:eastAsia="zh-TW"/>
        </w:rPr>
      </w:pPr>
      <w:bookmarkStart w:id="0" w:name="_GoBack"/>
      <w:bookmarkEnd w:id="0"/>
      <w:r w:rsidRPr="00D704AA">
        <w:rPr>
          <w:rFonts w:ascii="標楷體" w:eastAsia="標楷體" w:hAnsi="標楷體" w:hint="eastAsia"/>
          <w:color w:val="auto"/>
          <w:lang w:eastAsia="zh-TW"/>
        </w:rPr>
        <w:t>屏東縣內埔國民小學</w:t>
      </w:r>
      <w:r w:rsidRPr="00D704AA">
        <w:rPr>
          <w:rFonts w:ascii="標楷體" w:eastAsia="標楷體" w:hAnsi="標楷體"/>
          <w:color w:val="auto"/>
          <w:lang w:eastAsia="zh-TW"/>
        </w:rPr>
        <w:t>學生佩戴智慧穿戴裝置同意書</w:t>
      </w:r>
    </w:p>
    <w:p w:rsidR="001072E5" w:rsidRPr="00F66F1C" w:rsidRDefault="00503A42">
      <w:pPr>
        <w:rPr>
          <w:rFonts w:ascii="標楷體" w:eastAsia="標楷體" w:hAnsi="標楷體"/>
          <w:sz w:val="28"/>
          <w:szCs w:val="28"/>
          <w:lang w:eastAsia="zh-TW"/>
        </w:rPr>
      </w:pPr>
      <w:r w:rsidRPr="00F66F1C">
        <w:rPr>
          <w:rFonts w:ascii="標楷體" w:eastAsia="標楷體" w:hAnsi="標楷體"/>
          <w:sz w:val="28"/>
          <w:szCs w:val="28"/>
          <w:lang w:eastAsia="zh-TW"/>
        </w:rPr>
        <w:t>敬愛的家長您好：</w:t>
      </w:r>
    </w:p>
    <w:p w:rsidR="001072E5" w:rsidRPr="00F66F1C" w:rsidRDefault="00503A42">
      <w:pPr>
        <w:rPr>
          <w:rFonts w:ascii="標楷體" w:eastAsia="標楷體" w:hAnsi="標楷體"/>
          <w:sz w:val="28"/>
          <w:szCs w:val="28"/>
          <w:lang w:eastAsia="zh-TW"/>
        </w:rPr>
      </w:pPr>
      <w:r w:rsidRPr="00F66F1C">
        <w:rPr>
          <w:rFonts w:ascii="標楷體" w:eastAsia="標楷體" w:hAnsi="標楷體"/>
          <w:sz w:val="28"/>
          <w:szCs w:val="28"/>
          <w:lang w:eastAsia="zh-TW"/>
        </w:rPr>
        <w:t>為保障學生安全並維護教學品質，本校依據「學生智慧穿戴裝置管理辦法」進行相關規範。若您同意您的孩子於校內佩戴智慧裝置，請詳閱下列事項，並簽署回條。</w:t>
      </w:r>
    </w:p>
    <w:p w:rsidR="001072E5" w:rsidRPr="00F66F1C" w:rsidRDefault="00503A42">
      <w:pPr>
        <w:rPr>
          <w:rFonts w:ascii="標楷體" w:eastAsia="標楷體" w:hAnsi="標楷體"/>
          <w:sz w:val="28"/>
          <w:szCs w:val="28"/>
          <w:lang w:eastAsia="zh-TW"/>
        </w:rPr>
      </w:pPr>
      <w:r w:rsidRPr="00F66F1C">
        <w:rPr>
          <w:rFonts w:ascii="標楷體" w:eastAsia="標楷體" w:hAnsi="標楷體"/>
          <w:b/>
          <w:sz w:val="28"/>
          <w:szCs w:val="28"/>
          <w:lang w:eastAsia="zh-TW"/>
        </w:rPr>
        <w:t>我們已充分了解並同意以下事項：</w:t>
      </w:r>
    </w:p>
    <w:p w:rsidR="001072E5" w:rsidRPr="00F66F1C" w:rsidRDefault="00503A42">
      <w:pPr>
        <w:pStyle w:val="a0"/>
        <w:rPr>
          <w:rFonts w:ascii="標楷體" w:eastAsia="標楷體" w:hAnsi="標楷體"/>
          <w:sz w:val="28"/>
          <w:szCs w:val="28"/>
          <w:lang w:eastAsia="zh-TW"/>
        </w:rPr>
      </w:pPr>
      <w:r w:rsidRPr="00F66F1C">
        <w:rPr>
          <w:rFonts w:ascii="標楷體" w:eastAsia="標楷體" w:hAnsi="標楷體"/>
          <w:sz w:val="28"/>
          <w:szCs w:val="28"/>
          <w:lang w:eastAsia="zh-TW"/>
        </w:rPr>
        <w:t>孩子佩戴的裝置</w:t>
      </w:r>
      <w:proofErr w:type="gramStart"/>
      <w:r w:rsidRPr="00F66F1C">
        <w:rPr>
          <w:rFonts w:ascii="標楷體" w:eastAsia="標楷體" w:hAnsi="標楷體"/>
          <w:sz w:val="28"/>
          <w:szCs w:val="28"/>
          <w:lang w:eastAsia="zh-TW"/>
        </w:rPr>
        <w:t>僅限具</w:t>
      </w:r>
      <w:proofErr w:type="gramEnd"/>
      <w:r w:rsidRPr="00F66F1C">
        <w:rPr>
          <w:rFonts w:ascii="標楷體" w:eastAsia="標楷體" w:hAnsi="標楷體"/>
          <w:sz w:val="28"/>
          <w:szCs w:val="28"/>
          <w:lang w:eastAsia="zh-TW"/>
        </w:rPr>
        <w:t>「時間」、「健康監測」、「定位」功能。</w:t>
      </w:r>
    </w:p>
    <w:p w:rsidR="001072E5" w:rsidRPr="00F66F1C" w:rsidRDefault="00503A42">
      <w:pPr>
        <w:pStyle w:val="a0"/>
        <w:rPr>
          <w:rFonts w:ascii="標楷體" w:eastAsia="標楷體" w:hAnsi="標楷體"/>
          <w:sz w:val="28"/>
          <w:szCs w:val="28"/>
          <w:lang w:eastAsia="zh-TW"/>
        </w:rPr>
      </w:pPr>
      <w:r w:rsidRPr="00F66F1C">
        <w:rPr>
          <w:rFonts w:ascii="標楷體" w:eastAsia="標楷體" w:hAnsi="標楷體"/>
          <w:sz w:val="28"/>
          <w:szCs w:val="28"/>
          <w:lang w:eastAsia="zh-TW"/>
        </w:rPr>
        <w:t>孩子不會於上課時操作裝置，並設</w:t>
      </w:r>
      <w:proofErr w:type="gramStart"/>
      <w:r w:rsidRPr="00F66F1C">
        <w:rPr>
          <w:rFonts w:ascii="標楷體" w:eastAsia="標楷體" w:hAnsi="標楷體"/>
          <w:sz w:val="28"/>
          <w:szCs w:val="28"/>
          <w:lang w:eastAsia="zh-TW"/>
        </w:rPr>
        <w:t>為勿擾</w:t>
      </w:r>
      <w:proofErr w:type="gramEnd"/>
      <w:r w:rsidRPr="00F66F1C">
        <w:rPr>
          <w:rFonts w:ascii="標楷體" w:eastAsia="標楷體" w:hAnsi="標楷體"/>
          <w:sz w:val="28"/>
          <w:szCs w:val="28"/>
          <w:lang w:eastAsia="zh-TW"/>
        </w:rPr>
        <w:t>模式。</w:t>
      </w:r>
    </w:p>
    <w:p w:rsidR="001072E5" w:rsidRPr="00F66F1C" w:rsidRDefault="00503A42">
      <w:pPr>
        <w:pStyle w:val="a0"/>
        <w:rPr>
          <w:rFonts w:ascii="標楷體" w:eastAsia="標楷體" w:hAnsi="標楷體"/>
          <w:sz w:val="28"/>
          <w:szCs w:val="28"/>
          <w:lang w:eastAsia="zh-TW"/>
        </w:rPr>
      </w:pPr>
      <w:r w:rsidRPr="00F66F1C">
        <w:rPr>
          <w:rFonts w:ascii="標楷體" w:eastAsia="標楷體" w:hAnsi="標楷體"/>
          <w:sz w:val="28"/>
          <w:szCs w:val="28"/>
          <w:lang w:eastAsia="zh-TW"/>
        </w:rPr>
        <w:t>孩子不得使用裝置拍照、錄影、錄音、打遊戲或傳訊息。</w:t>
      </w:r>
    </w:p>
    <w:p w:rsidR="001072E5" w:rsidRPr="00F66F1C" w:rsidRDefault="00503A42">
      <w:pPr>
        <w:pStyle w:val="a0"/>
        <w:rPr>
          <w:rFonts w:ascii="標楷體" w:eastAsia="標楷體" w:hAnsi="標楷體"/>
          <w:sz w:val="28"/>
          <w:szCs w:val="28"/>
          <w:lang w:eastAsia="zh-TW"/>
        </w:rPr>
      </w:pPr>
      <w:r w:rsidRPr="00F66F1C">
        <w:rPr>
          <w:rFonts w:ascii="標楷體" w:eastAsia="標楷體" w:hAnsi="標楷體"/>
          <w:sz w:val="28"/>
          <w:szCs w:val="28"/>
          <w:lang w:eastAsia="zh-TW"/>
        </w:rPr>
        <w:t>如孩子違規使用裝置，學校有權採取相對應的管理措施。</w:t>
      </w:r>
    </w:p>
    <w:p w:rsidR="001072E5" w:rsidRPr="00F66F1C" w:rsidRDefault="00503A42">
      <w:pPr>
        <w:pStyle w:val="a0"/>
        <w:rPr>
          <w:rFonts w:ascii="標楷體" w:eastAsia="標楷體" w:hAnsi="標楷體"/>
          <w:sz w:val="28"/>
          <w:szCs w:val="28"/>
          <w:lang w:eastAsia="zh-TW"/>
        </w:rPr>
      </w:pPr>
      <w:r w:rsidRPr="00F66F1C">
        <w:rPr>
          <w:rFonts w:ascii="標楷體" w:eastAsia="標楷體" w:hAnsi="標楷體"/>
          <w:sz w:val="28"/>
          <w:szCs w:val="28"/>
          <w:lang w:eastAsia="zh-TW"/>
        </w:rPr>
        <w:t>我們了解裝置若發生遺失或損壞，學校不負保管與賠償責任。</w:t>
      </w:r>
    </w:p>
    <w:p w:rsidR="001072E5" w:rsidRPr="00F66F1C" w:rsidRDefault="00503A42">
      <w:pPr>
        <w:rPr>
          <w:rFonts w:ascii="標楷體" w:eastAsia="標楷體" w:hAnsi="標楷體"/>
          <w:sz w:val="28"/>
          <w:szCs w:val="28"/>
          <w:lang w:eastAsia="zh-TW"/>
        </w:rPr>
      </w:pPr>
      <w:r w:rsidRPr="00F66F1C">
        <w:rPr>
          <w:rFonts w:ascii="標楷體" w:eastAsia="標楷體" w:hAnsi="標楷體"/>
          <w:sz w:val="28"/>
          <w:szCs w:val="28"/>
          <w:lang w:eastAsia="zh-TW"/>
        </w:rPr>
        <w:t>學生姓名：_______________  班級：______</w:t>
      </w:r>
    </w:p>
    <w:p w:rsidR="001072E5" w:rsidRPr="00F66F1C" w:rsidRDefault="00503A42">
      <w:pPr>
        <w:rPr>
          <w:rFonts w:ascii="標楷體" w:eastAsia="標楷體" w:hAnsi="標楷體"/>
          <w:sz w:val="28"/>
          <w:szCs w:val="28"/>
          <w:lang w:eastAsia="zh-TW"/>
        </w:rPr>
      </w:pPr>
      <w:r w:rsidRPr="00F66F1C">
        <w:rPr>
          <w:rFonts w:ascii="標楷體" w:eastAsia="標楷體" w:hAnsi="標楷體"/>
          <w:sz w:val="28"/>
          <w:szCs w:val="28"/>
          <w:lang w:eastAsia="zh-TW"/>
        </w:rPr>
        <w:t>家長姓名：_______________  聯絡電話：_____________</w:t>
      </w:r>
    </w:p>
    <w:p w:rsidR="001072E5" w:rsidRPr="00F66F1C" w:rsidRDefault="00503A42">
      <w:pPr>
        <w:rPr>
          <w:rFonts w:ascii="標楷體" w:eastAsia="標楷體" w:hAnsi="標楷體"/>
          <w:sz w:val="28"/>
          <w:szCs w:val="28"/>
          <w:lang w:eastAsia="zh-TW"/>
        </w:rPr>
      </w:pPr>
      <w:r w:rsidRPr="00F66F1C">
        <w:rPr>
          <w:rFonts w:ascii="標楷體" w:eastAsia="標楷體" w:hAnsi="標楷體"/>
          <w:sz w:val="28"/>
          <w:szCs w:val="28"/>
          <w:lang w:eastAsia="zh-TW"/>
        </w:rPr>
        <w:t>裝置品牌與型號（如有）：_________________________________</w:t>
      </w:r>
    </w:p>
    <w:p w:rsidR="001072E5" w:rsidRPr="00F66F1C" w:rsidRDefault="00503A42">
      <w:pPr>
        <w:rPr>
          <w:rFonts w:ascii="標楷體" w:eastAsia="標楷體" w:hAnsi="標楷體"/>
          <w:sz w:val="28"/>
          <w:szCs w:val="28"/>
          <w:lang w:eastAsia="zh-TW"/>
        </w:rPr>
      </w:pPr>
      <w:r w:rsidRPr="00F66F1C">
        <w:rPr>
          <w:rFonts w:ascii="標楷體" w:eastAsia="標楷體" w:hAnsi="標楷體"/>
          <w:sz w:val="28"/>
          <w:szCs w:val="28"/>
          <w:lang w:eastAsia="zh-TW"/>
        </w:rPr>
        <w:t>□ 同意  □ 不同意 孩子於校內佩戴智慧穿戴裝置</w:t>
      </w:r>
    </w:p>
    <w:p w:rsidR="001072E5" w:rsidRPr="00F66F1C" w:rsidRDefault="00503A42">
      <w:pPr>
        <w:rPr>
          <w:rFonts w:ascii="標楷體" w:eastAsia="標楷體" w:hAnsi="標楷體"/>
          <w:sz w:val="28"/>
          <w:szCs w:val="28"/>
          <w:lang w:eastAsia="zh-TW"/>
        </w:rPr>
      </w:pPr>
      <w:r w:rsidRPr="00F66F1C">
        <w:rPr>
          <w:rFonts w:ascii="標楷體" w:eastAsia="標楷體" w:hAnsi="標楷體"/>
          <w:sz w:val="28"/>
          <w:szCs w:val="28"/>
          <w:lang w:eastAsia="zh-TW"/>
        </w:rPr>
        <w:t>家長簽名：_______________  日期：______年____月____日</w:t>
      </w:r>
    </w:p>
    <w:sectPr w:rsidR="001072E5" w:rsidRPr="00F66F1C" w:rsidSect="00D704AA">
      <w:pgSz w:w="12240" w:h="15840"/>
      <w:pgMar w:top="0" w:right="900" w:bottom="709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072E5"/>
    <w:rsid w:val="0015074B"/>
    <w:rsid w:val="001A64A6"/>
    <w:rsid w:val="0029639D"/>
    <w:rsid w:val="00326F90"/>
    <w:rsid w:val="00503A42"/>
    <w:rsid w:val="00767348"/>
    <w:rsid w:val="0089129D"/>
    <w:rsid w:val="009B06EA"/>
    <w:rsid w:val="00AA1D8D"/>
    <w:rsid w:val="00B47730"/>
    <w:rsid w:val="00CB0664"/>
    <w:rsid w:val="00D704AA"/>
    <w:rsid w:val="00F66F1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D8A2F30B-EFA3-4530-8D40-EDDCD0CE5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a">
    <w:name w:val="Balloon Text"/>
    <w:basedOn w:val="a1"/>
    <w:link w:val="affb"/>
    <w:uiPriority w:val="99"/>
    <w:semiHidden/>
    <w:unhideWhenUsed/>
    <w:rsid w:val="00F66F1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b">
    <w:name w:val="註解方塊文字 字元"/>
    <w:basedOn w:val="a2"/>
    <w:link w:val="affa"/>
    <w:uiPriority w:val="99"/>
    <w:semiHidden/>
    <w:rsid w:val="00F66F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3DDCCE-700C-4D96-BBD6-2DAF035C5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username</cp:lastModifiedBy>
  <cp:revision>2</cp:revision>
  <cp:lastPrinted>2025-04-11T01:46:00Z</cp:lastPrinted>
  <dcterms:created xsi:type="dcterms:W3CDTF">2025-04-14T01:04:00Z</dcterms:created>
  <dcterms:modified xsi:type="dcterms:W3CDTF">2025-04-14T01:04:00Z</dcterms:modified>
  <cp:category/>
</cp:coreProperties>
</file>